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הזכויות הבסיסיות של כל ילד וילדה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בין צורך חשוב לרצון סתם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קריאה והבנה של משפטים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מנעול 1: מנעול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בית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דובי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מנעול 2: מנעול הלימוד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חינוך הוא זכות של 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הזכות לחינוך שייכת לכולם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מנעול 3: מנעול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מנעול 4: מנעול ההתאמה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חם וביטחון)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(ללמוד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(אהבה וטיפול)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(זמן כיף ומנוחה)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מנעול 5: הקוד הסודי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זכות לבית וזכות לחינוך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פתיחת התיבה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פותרים את החידה במנעול 1 -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פותרים את החידה במנעול 2 - הלימוד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פותרים את החידה במנעול 3 -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פותרים את החידה במנעול 4 - ההתאמה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היא דבר שמגיע לכל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כמשחק אמיתי עם חמישה מנעולים מצוירים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לקרוא את המילים עם ניקוד בקול 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לחבר את חמש הספרות או המילים לקוד סודי ולפתוח תיבה מדומה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נפתח חמישה מנעולים בעזרת תשובות נכונות על זכויות הילד, בדיוק כמו במשחק חדר הבריחה באתר.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בית  ·  בריאות  ·  משחק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מנעול 1: מנעול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מגיע לכל ילד, בדיוק כמו קן לציפור?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בית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אוהל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עוד צריך מקום לגור בו, כמו שלומדים בחידה?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כיסא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מנעול 2: מנעול הלימוד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ילד וילדה מגיעה הזכות ללמוד בבית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רק ילדים עשירים צריכים ללמוד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מנעול 3: מנעול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לכל ילד מגיע __________ חם לגור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ילדים צריכים זמן ל__________ ולנוח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כשילד חולה הוא הולך לרופא כדי לשמור על ה__________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מנעול 4: מנעול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ללמוד בבית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חם וביטחון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זמן כיף ומנוחה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אהבה וטיפול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מנעול 5: הקוד הסודי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זכויות שלמדתם עליהן בחדר הבריחה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פתיחת התיבה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פותרים את החידה במנעול 4 - ההתאמה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פותרים את החידה במנעול 3 - המילים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פותרים את החידה במנעול 2 - הלימוד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פותרים את החידה במנעול 1 - הבית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זו זכות?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ספרו על זכות אחת שחשובה 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-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