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הזכויות הבסיסיות של כל ילד וילדה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בין צורך חשוב לרצון סתם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של משפטים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1: מנעול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בית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להיות בטוח ולישון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2: מנעול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חינוך הוא זכות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הזכות לחינוך שייכת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חינוך עוזר להתפתחות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עייפות זמנית לא שוללת את הזכות 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3: מנעול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4: מנעול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חם וביטחון)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(ללמוד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(אהבה וטיפול)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(זמן כיף ומנוחה)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(ביקור אצל רופא)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מנעול 5: הקוד הסודי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זכות לבית וזכות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שהילד ירגיש בטוח ויוכל לישון ולנוח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פתיחת התיבה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פותרים את החידה במנעול 1 -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פותרים את החידה במנעול 2 - הלימוד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פותרים את החידה במנעול 3 -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פותרים את החידה במנעול 4 - 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פותרים את החידה במנעול 5 - הקוד הסודי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היא דבר שמגיע לכל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כמשחק אמיתי עם חמישה מנעולים מצוירים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לקרוא את המילים עם ניקוד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לחבר את חמש הספרות או המילים לקוד סודי ולפתוח תיבה מדומה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בריחה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עונים על שאלות קלות על זכויות של ילדים. כל תשובה נכונה פותחת מנעול.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דָּבָר שֶׁמַּגִּיעַ לְכָל יֶלֶד וְיַלְדָּה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בַּיִת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מָקוֹם חַם וּבָטוּחַ לָגוּר בּוֹ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חִנּוּךְ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לָלֶכֶת לְבֵית סֵפֶר וְלִלְמֹד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אִמָּא, אַבָּא וְהַקְּרוֹבִים שֶׁאוֹהֲבִים אוֹתָנוּ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הֲגָנָה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לִשְׁמֹר עַל הַיֶּלֶד מִפְּנֵי סַכָּנָה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מִשְׂחָק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זְמַן לְשַׂחֵק וְלָנוּחַ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בְּרִיאוּת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לָלֶכֶת לְרוֹפֵא וְלִהְיוֹת בָּרִיא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1: מנעול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כל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אוהל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ילד צריך 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להרוויח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בטוח ולישון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צריך מערה?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מנעול 2: מנעול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וילדה מגיעה הזכות ללמוד בבית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ילדים עשירים צריכים ללמוד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זה דבר שעוזר לילד לגדול ולהבין את העולם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לילד ללכת לבית ספר אם הוא עייף 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מנעול 3: מנעול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מגיע __________ חם לגור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צריכים זמן ל__________ ולנוח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כשילד חולה הוא הולך לרופא כדי לשמור על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אמא, אבא והאחים הם ה__________ של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 צריך הגנה כדי להיות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מנעול 4: מנעול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אהבה וטיפול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חם וביטחון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זמן כיף ומנוחה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ביקור אצל רופא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ללמוד בבית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מנעול 5: הקוד הסודי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זכויות שלמדתם עליהן בחדר הבריחה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שלכל ילד יהיה בית חם?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פתיחת התיבה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3 - המילים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4 - ההתאמה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5 - הקוד הסודי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2 - הלימוד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פותרים את החידה במנעול 1 - הבית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זכות?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על זכות אחת שחשובה 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מנעול היה הכי קל לפתוח?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בריחה -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