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הזכויות הבסיסיות של כל ילד וילדה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בין צורך חשוב לרצון סתם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קריאה והבנה של 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1: מנעול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בית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להיות בטוח ולישון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דובי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מנעול 2: מנעול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חינוך הוא זכות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הזכות לחינוך שייכת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חינוך עוזר להתפתחות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עייפות זמנית לא שוללת את הזכות ללמוד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מנעול 3: מנעול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מנעול 4: מנעול 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חם וביטחון)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(ללמוד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(אהבה וטיפול)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(זמן כיף ומנוחה)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(ביקור אצל רופא)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מנעול 5: הקוד הסודי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זכות לבית וזכות לחינוך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שהילד ירגיש בטוח ויוכל לישון ולנוח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פתיחת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פותרים את החידה במנעול 1 -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פותרים את החידה במנעול 2 -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פותרים את החידה במנעול 3 -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פותרים את החידה במנעול 4 - 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פותרים את החידה במנעול 5 - הקוד הסודי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היא דבר שמגיע לכל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כמשחק אמיתי עם חמישה מנעולים מצוירים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לקרוא את המילים עם ניקוד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לחבר את חמש הספרות או המילים לקוד סודי ולפתוח תיבה מדומה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נפתח חמישה מנעולים בעזרת תשובות נכונות על זכויות הילד, בדיוק כמו במשחק חדר הבריחה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מנעול 1: מנעול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מגיע לכל ילד, בדיוק כמו קן לציפור?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אוהל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לכל ילד מגיע בית כדי...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להרוויח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בטוח ולישון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עוד צריך מקום לגור בו, כמו שלומדים בחידה?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מנעול 2: מנעול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וילדה מגיעה הזכות ללמוד בבית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ילדים עשירים צריכים ללמוד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זה דבר שעוזר לילד לגדול ולהבין את העולם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לילד ללכת לבית ספר אם הוא עייף פעם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מנעול 3: מנעול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מגיע __________ חם לגור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צריכים זמן ל__________ ולנוח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כשילד חולה הוא הולך לרופא כדי לשמור על ה__________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אמא, אבא והאחים הם ה__________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ילד צריך הגנה כדי להיות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מנעול 4: מנעול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אהבה וטיפול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ביקור אצל רופא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ללמוד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חם וביטחון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זמן כיף ומנוחה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מנעול 5: הקוד הסודי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זכויות שלמדתם עליהן בחדר הבריחה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שלכל ילד יהיה בית חם?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פתיחת התיבה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החידה במנעול 2 - הלימוד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החידה במנעול 3 - המילים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החידה במנעול 4 - ההתאמה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החידה במנעול 5 - הקוד הסודי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החידה במנעול 1 - הבית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זכות?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ספרו על זכות אחת שחשובה 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מנעול היה הכי קל לפתוח?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